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Personal Protective Equipment (PPE)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Employees required to use PPE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25-35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1910.132(f)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General PPE training. The employer must identify workplace hazards, select suitable PPE, provide required equipment and ensure employees can use it properly.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General PPE training. The employer must identify workplace hazards, select suitable PPE, provide required equipment and ensure employees can use it properly.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Explain where PPE fits in the hierarchy of controls</w:t>
      </w:r>
    </w:p>
    <w:p>
      <w:pPr>
        <w:pStyle w:val="ListBullet"/>
        <w:spacing w:after="60"/>
        <w:ind w:left="288"/>
      </w:pPr>
      <w:r>
        <w:t>Select and use PPE based on the hazard assessment</w:t>
      </w:r>
    </w:p>
    <w:p>
      <w:pPr>
        <w:pStyle w:val="ListBullet"/>
        <w:spacing w:after="60"/>
        <w:ind w:left="288"/>
      </w:pPr>
      <w:r>
        <w:t>Inspect, don, doff, adjust, care for and replace PPE</w:t>
      </w:r>
    </w:p>
    <w:p>
      <w:pPr>
        <w:pStyle w:val="ListBullet"/>
        <w:spacing w:after="60"/>
        <w:ind w:left="288"/>
      </w:pPr>
      <w:r>
        <w:t>Recognize PPE limitations and when retraining is needed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PPE is the last line, not the first</w:t>
      </w:r>
    </w:p>
    <w:p>
      <w:pPr>
        <w:pStyle w:val="ListBullet"/>
        <w:spacing w:after="60"/>
        <w:ind w:left="288"/>
      </w:pPr>
      <w:r>
        <w:t>Eliminate/substitute/engineer hazards when feasible before relying on PPE.</w:t>
      </w:r>
    </w:p>
    <w:p>
      <w:pPr>
        <w:pStyle w:val="ListBullet"/>
        <w:spacing w:after="60"/>
        <w:ind w:left="288"/>
      </w:pPr>
      <w:r>
        <w:t>PPE reduces exposure but does not remove the hazard.</w:t>
      </w:r>
    </w:p>
    <w:p>
      <w:pPr>
        <w:pStyle w:val="ListBullet"/>
        <w:spacing w:after="60"/>
        <w:ind w:left="288"/>
      </w:pPr>
      <w:r>
        <w:t>Use only PPE selected for the specific task and exposure.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Hazard assessment and selection</w:t>
      </w:r>
    </w:p>
    <w:p>
      <w:pPr>
        <w:pStyle w:val="ListBullet"/>
        <w:spacing w:after="60"/>
        <w:ind w:left="288"/>
      </w:pPr>
      <w:r>
        <w:t>Match eye, face, head, hand, foot, hearing, respiratory or protective clothing needs to the hazard.</w:t>
      </w:r>
    </w:p>
    <w:p>
      <w:pPr>
        <w:pStyle w:val="ListBullet"/>
        <w:spacing w:after="60"/>
        <w:ind w:left="288"/>
      </w:pPr>
      <w:r>
        <w:t>Check rating, compatibility, fit and manufacturer limitations.</w:t>
      </w:r>
    </w:p>
    <w:p>
      <w:pPr>
        <w:pStyle w:val="ListBullet"/>
        <w:spacing w:after="60"/>
        <w:ind w:left="288"/>
      </w:pPr>
      <w:r>
        <w:t>Multiple hazards may require compatible layers of PPE.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Fit and correct use</w:t>
      </w:r>
    </w:p>
    <w:p>
      <w:pPr>
        <w:pStyle w:val="ListBullet"/>
        <w:spacing w:after="60"/>
        <w:ind w:left="288"/>
      </w:pPr>
      <w:r>
        <w:t>Employees must know when PPE is required and what type is required.</w:t>
      </w:r>
    </w:p>
    <w:p>
      <w:pPr>
        <w:pStyle w:val="ListBullet"/>
        <w:spacing w:after="60"/>
        <w:ind w:left="288"/>
      </w:pPr>
      <w:r>
        <w:t>Demonstrate how to don, doff, adjust and wear equipment correctly.</w:t>
      </w:r>
    </w:p>
    <w:p>
      <w:pPr>
        <w:pStyle w:val="ListBullet"/>
        <w:spacing w:after="60"/>
        <w:ind w:left="288"/>
      </w:pPr>
      <w:r>
        <w:t>Poor fit can make effective PPE ineffective.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Inspection and care</w:t>
      </w:r>
    </w:p>
    <w:p>
      <w:pPr>
        <w:pStyle w:val="ListBullet"/>
        <w:spacing w:after="60"/>
        <w:ind w:left="288"/>
      </w:pPr>
      <w:r>
        <w:t>Inspect before use for cracks, cuts, contamination, worn straps, clouded lenses or other damage.</w:t>
      </w:r>
    </w:p>
    <w:p>
      <w:pPr>
        <w:pStyle w:val="ListBullet"/>
        <w:spacing w:after="60"/>
        <w:ind w:left="288"/>
      </w:pPr>
      <w:r>
        <w:t>Clean/store PPE to prevent damage or contamination.</w:t>
      </w:r>
    </w:p>
    <w:p>
      <w:pPr>
        <w:pStyle w:val="ListBullet"/>
        <w:spacing w:after="60"/>
        <w:ind w:left="288"/>
      </w:pPr>
      <w:r>
        <w:t>Do not use defective or damaged PPE.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Limitations</w:t>
      </w:r>
    </w:p>
    <w:p>
      <w:pPr>
        <w:pStyle w:val="ListBullet"/>
        <w:spacing w:after="60"/>
        <w:ind w:left="288"/>
      </w:pPr>
      <w:r>
        <w:t>Gloves can be dangerous around rotating equipment if inappropriate for the task.</w:t>
      </w:r>
    </w:p>
    <w:p>
      <w:pPr>
        <w:pStyle w:val="ListBullet"/>
        <w:spacing w:after="60"/>
        <w:ind w:left="288"/>
      </w:pPr>
      <w:r>
        <w:t>Safety glasses do not replace face shields when splash/impact hazards require more protection.</w:t>
      </w:r>
    </w:p>
    <w:p>
      <w:pPr>
        <w:pStyle w:val="ListBullet"/>
        <w:spacing w:after="60"/>
        <w:ind w:left="288"/>
      </w:pPr>
      <w:r>
        <w:t>PPE has chemical, temperature, voltage and service-life limits.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Demonstrate understanding</w:t>
      </w:r>
    </w:p>
    <w:p>
      <w:pPr>
        <w:pStyle w:val="ListBullet"/>
        <w:spacing w:after="60"/>
        <w:ind w:left="288"/>
      </w:pPr>
      <w:r>
        <w:t>Employees should demonstrate understanding and ability before performing work requiring PPE.</w:t>
      </w:r>
    </w:p>
    <w:p>
      <w:pPr>
        <w:pStyle w:val="ListBullet"/>
        <w:spacing w:after="60"/>
        <w:ind w:left="288"/>
      </w:pPr>
      <w:r>
        <w:t>Retraining is needed when workplace/PPE changes or when knowledge/skill is inadequate.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PPE is damaged, contaminated or poorly fitting</w:t>
      </w:r>
    </w:p>
    <w:p>
      <w:pPr>
        <w:pStyle w:val="ListBullet"/>
        <w:spacing w:after="60"/>
        <w:ind w:left="288"/>
      </w:pPr>
      <w:r>
        <w:t>Employee cannot explain what the PPE protects against</w:t>
      </w:r>
    </w:p>
    <w:p>
      <w:pPr>
        <w:pStyle w:val="ListBullet"/>
        <w:spacing w:after="60"/>
        <w:ind w:left="288"/>
      </w:pPr>
      <w:r>
        <w:t>Two PPE items interfere with each other</w:t>
      </w:r>
    </w:p>
    <w:p>
      <w:pPr>
        <w:pStyle w:val="ListBullet"/>
        <w:spacing w:after="60"/>
        <w:ind w:left="288"/>
      </w:pPr>
      <w:r>
        <w:t>PPE is being used instead of a feasible higher-level control without evaluation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An employee wears safety glasses while grinding but the task generates high-velocity particles from multiple directions. What should the employer evaluate?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Whether additional face protection is needed based on the hazard assessment, while still maintaining required primary eye protection.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Review the site PPE hazard assessment</w:t>
      </w:r>
    </w:p>
    <w:p>
      <w:pPr>
        <w:pStyle w:val="ListBullet"/>
        <w:spacing w:after="60"/>
        <w:ind w:left="288"/>
      </w:pPr>
      <w:r>
        <w:t>Show required PPE by area/task and any specific ratings</w:t>
      </w:r>
    </w:p>
    <w:p>
      <w:pPr>
        <w:pStyle w:val="ListBullet"/>
        <w:spacing w:after="60"/>
        <w:ind w:left="288"/>
      </w:pPr>
      <w:r>
        <w:t>Demonstrate fit, inspection, cleaning/storage and replacement</w:t>
      </w:r>
    </w:p>
    <w:p>
      <w:pPr>
        <w:pStyle w:val="ListBullet"/>
        <w:spacing w:after="60"/>
        <w:ind w:left="288"/>
      </w:pPr>
      <w:r>
        <w:t>Cover prescription eyewear, facial hair/respirators, chemical compatibility or specialty PPE as applicable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Personal Protective Equipment (PPE)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PPE is the last line, not the first: </w:t>
      </w:r>
      <w:r>
        <w:t>Eliminate/substitute/engineer hazards when feasible before relying on PPE.</w:t>
      </w:r>
    </w:p>
    <w:p>
      <w:r>
        <w:rPr>
          <w:b/>
          <w:color w:val="071018"/>
        </w:rPr>
        <w:t xml:space="preserve">Hazard assessment and selection: </w:t>
      </w:r>
      <w:r>
        <w:t>Match eye, face, head, hand, foot, hearing, respiratory or protective clothing needs to the hazard.</w:t>
      </w:r>
    </w:p>
    <w:p>
      <w:r>
        <w:rPr>
          <w:b/>
          <w:color w:val="071018"/>
        </w:rPr>
        <w:t xml:space="preserve">Fit and correct use: </w:t>
      </w:r>
      <w:r>
        <w:t>Employees must know when PPE is required and what type is required.</w:t>
      </w:r>
    </w:p>
    <w:p>
      <w:r>
        <w:rPr>
          <w:b/>
          <w:color w:val="071018"/>
        </w:rPr>
        <w:t xml:space="preserve">Inspection and care: </w:t>
      </w:r>
      <w:r>
        <w:t>Inspect before use for cracks, cuts, contamination, worn straps, clouded lenses or other damage.</w:t>
      </w:r>
    </w:p>
    <w:p>
      <w:r>
        <w:rPr>
          <w:b/>
          <w:color w:val="071018"/>
        </w:rPr>
        <w:t xml:space="preserve">Limitations: </w:t>
      </w:r>
      <w:r>
        <w:t>Gloves can be dangerous around rotating equipment if inappropriate for the task.</w:t>
      </w:r>
    </w:p>
    <w:p>
      <w:r>
        <w:rPr>
          <w:b/>
          <w:color w:val="071018"/>
        </w:rPr>
        <w:t xml:space="preserve">Demonstrate understanding: </w:t>
      </w:r>
      <w:r>
        <w:t>Employees should demonstrate understanding and ability before performing work requiring PPE.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PPE is damaged, contaminated or poorly fitting</w:t>
      </w:r>
    </w:p>
    <w:p>
      <w:pPr>
        <w:pStyle w:val="ListBullet"/>
        <w:spacing w:after="60"/>
        <w:ind w:left="288"/>
      </w:pPr>
      <w:r>
        <w:t>Employee cannot explain what the PPE protects against</w:t>
      </w:r>
    </w:p>
    <w:p>
      <w:pPr>
        <w:pStyle w:val="ListBullet"/>
        <w:spacing w:after="60"/>
        <w:ind w:left="288"/>
      </w:pPr>
      <w:r>
        <w:t>Two PPE items interfere with each other</w:t>
      </w:r>
    </w:p>
    <w:p>
      <w:pPr>
        <w:pStyle w:val="ListBullet"/>
        <w:spacing w:after="60"/>
        <w:ind w:left="288"/>
      </w:pPr>
      <w:r>
        <w:t>PPE is being used instead of a feasible higher-level control without evaluation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Review the site PPE hazard assessment</w:t>
      </w:r>
    </w:p>
    <w:p>
      <w:pPr>
        <w:spacing w:after="60"/>
      </w:pPr>
      <w:r>
        <w:t>☐ Show required PPE by area/task and any specific ratings</w:t>
      </w:r>
    </w:p>
    <w:p>
      <w:pPr>
        <w:spacing w:after="60"/>
      </w:pPr>
      <w:r>
        <w:t>☐ Demonstrate fit, inspection, cleaning/storage and replacement</w:t>
      </w:r>
    </w:p>
    <w:p>
      <w:pPr>
        <w:spacing w:after="60"/>
      </w:pPr>
      <w:r>
        <w:t>☐ Cover prescription eyewear, facial hair/respirators, chemical compatibility or specialty PPE as applicable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Personal Protective Equipment (PPE)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PPE is generally considered:</w:t>
      </w:r>
    </w:p>
    <w:p>
      <w:pPr>
        <w:spacing w:after="20"/>
        <w:ind w:left="331"/>
      </w:pPr>
      <w:r>
        <w:t>☐ A. A last line of defense after higher-level controls are considered</w:t>
      </w:r>
    </w:p>
    <w:p>
      <w:pPr>
        <w:spacing w:after="20"/>
        <w:ind w:left="331"/>
      </w:pPr>
      <w:r>
        <w:t>☐ B. A replacement for all engineering controls</w:t>
      </w:r>
    </w:p>
    <w:p>
      <w:pPr>
        <w:spacing w:after="20"/>
        <w:ind w:left="331"/>
      </w:pPr>
      <w:r>
        <w:t>☐ C. Optional if workers are experienced</w:t>
      </w:r>
    </w:p>
    <w:p>
      <w:pPr>
        <w:spacing w:after="20"/>
        <w:ind w:left="331"/>
      </w:pPr>
      <w:r>
        <w:t>☐ D. Only for visitors</w:t>
      </w:r>
    </w:p>
    <w:p>
      <w:r>
        <w:rPr>
          <w:b/>
          <w:sz w:val="21"/>
        </w:rPr>
        <w:t>2. Employees required to use PPE should know:</w:t>
      </w:r>
    </w:p>
    <w:p>
      <w:pPr>
        <w:spacing w:after="20"/>
        <w:ind w:left="331"/>
      </w:pPr>
      <w:r>
        <w:t>☐ A. When and what PPE is needed, how to use it, limitations, care and disposal</w:t>
      </w:r>
    </w:p>
    <w:p>
      <w:pPr>
        <w:spacing w:after="20"/>
        <w:ind w:left="331"/>
      </w:pPr>
      <w:r>
        <w:t>☐ B. Only the brand name</w:t>
      </w:r>
    </w:p>
    <w:p>
      <w:pPr>
        <w:spacing w:after="20"/>
        <w:ind w:left="331"/>
      </w:pPr>
      <w:r>
        <w:t>☐ C. Only where it is stored</w:t>
      </w:r>
    </w:p>
    <w:p>
      <w:pPr>
        <w:spacing w:after="20"/>
        <w:ind w:left="331"/>
      </w:pPr>
      <w:r>
        <w:t>☐ D. Only who purchased it</w:t>
      </w:r>
    </w:p>
    <w:p>
      <w:r>
        <w:rPr>
          <w:b/>
          <w:sz w:val="21"/>
        </w:rPr>
        <w:t>3. Damaged PPE should be:</w:t>
      </w:r>
    </w:p>
    <w:p>
      <w:pPr>
        <w:spacing w:after="20"/>
        <w:ind w:left="331"/>
      </w:pPr>
      <w:r>
        <w:t>☐ A. Removed from use and replaced/repaired as appropriate</w:t>
      </w:r>
    </w:p>
    <w:p>
      <w:pPr>
        <w:spacing w:after="20"/>
        <w:ind w:left="331"/>
      </w:pPr>
      <w:r>
        <w:t>☐ B. Used for light duty</w:t>
      </w:r>
    </w:p>
    <w:p>
      <w:pPr>
        <w:spacing w:after="20"/>
        <w:ind w:left="331"/>
      </w:pPr>
      <w:r>
        <w:t>☐ C. Shared with another employee</w:t>
      </w:r>
    </w:p>
    <w:p>
      <w:pPr>
        <w:spacing w:after="20"/>
        <w:ind w:left="331"/>
      </w:pPr>
      <w:r>
        <w:t>☐ D. Hidden from inspection</w:t>
      </w:r>
    </w:p>
    <w:p>
      <w:r>
        <w:rPr>
          <w:b/>
          <w:sz w:val="21"/>
        </w:rPr>
        <w:t>4. Proper fit matters because:</w:t>
      </w:r>
    </w:p>
    <w:p>
      <w:pPr>
        <w:spacing w:after="20"/>
        <w:ind w:left="331"/>
      </w:pPr>
      <w:r>
        <w:t>☐ A. Poor fit can reduce protection</w:t>
      </w:r>
    </w:p>
    <w:p>
      <w:pPr>
        <w:spacing w:after="20"/>
        <w:ind w:left="331"/>
      </w:pPr>
      <w:r>
        <w:t>☐ B. It only affects comfort</w:t>
      </w:r>
    </w:p>
    <w:p>
      <w:pPr>
        <w:spacing w:after="20"/>
        <w:ind w:left="331"/>
      </w:pPr>
      <w:r>
        <w:t>☐ C. OSHA prohibits adjustable PPE</w:t>
      </w:r>
    </w:p>
    <w:p>
      <w:pPr>
        <w:spacing w:after="20"/>
        <w:ind w:left="331"/>
      </w:pPr>
      <w:r>
        <w:t>☐ D. It increases equipment life only</w:t>
      </w:r>
    </w:p>
    <w:p>
      <w:r>
        <w:rPr>
          <w:b/>
          <w:sz w:val="21"/>
        </w:rPr>
        <w:t>5. A face shield:</w:t>
      </w:r>
    </w:p>
    <w:p>
      <w:pPr>
        <w:spacing w:after="20"/>
        <w:ind w:left="331"/>
      </w:pPr>
      <w:r>
        <w:t>☐ A. May supplement but does not always replace required eye protection</w:t>
      </w:r>
    </w:p>
    <w:p>
      <w:pPr>
        <w:spacing w:after="20"/>
        <w:ind w:left="331"/>
      </w:pPr>
      <w:r>
        <w:t>☐ B. Always replaces safety glasses</w:t>
      </w:r>
    </w:p>
    <w:p>
      <w:pPr>
        <w:spacing w:after="20"/>
        <w:ind w:left="331"/>
      </w:pPr>
      <w:r>
        <w:t>☐ C. Is only for chemical work</w:t>
      </w:r>
    </w:p>
    <w:p>
      <w:pPr>
        <w:spacing w:after="20"/>
        <w:ind w:left="331"/>
      </w:pPr>
      <w:r>
        <w:t>☐ D. Is not PPE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PPE selection should be based on:</w:t>
      </w:r>
    </w:p>
    <w:p>
      <w:pPr>
        <w:spacing w:after="20"/>
        <w:ind w:left="331"/>
      </w:pPr>
      <w:r>
        <w:t>☐ A. A workplace hazard assessment and task exposure</w:t>
      </w:r>
    </w:p>
    <w:p>
      <w:pPr>
        <w:spacing w:after="20"/>
        <w:ind w:left="331"/>
      </w:pPr>
      <w:r>
        <w:t>☐ B. Employee favorite color</w:t>
      </w:r>
    </w:p>
    <w:p>
      <w:pPr>
        <w:spacing w:after="20"/>
        <w:ind w:left="331"/>
      </w:pPr>
      <w:r>
        <w:t>☐ C. Price only</w:t>
      </w:r>
    </w:p>
    <w:p>
      <w:pPr>
        <w:spacing w:after="20"/>
        <w:ind w:left="331"/>
      </w:pPr>
      <w:r>
        <w:t>☐ D. Seniority</w:t>
      </w:r>
    </w:p>
    <w:p>
      <w:r>
        <w:rPr>
          <w:b/>
          <w:sz w:val="21"/>
        </w:rPr>
        <w:t>7. Employees should demonstrate:</w:t>
      </w:r>
    </w:p>
    <w:p>
      <w:pPr>
        <w:spacing w:after="20"/>
        <w:ind w:left="331"/>
      </w:pPr>
      <w:r>
        <w:t>☐ A. Understanding and ability to use PPE properly</w:t>
      </w:r>
    </w:p>
    <w:p>
      <w:pPr>
        <w:spacing w:after="20"/>
        <w:ind w:left="331"/>
      </w:pPr>
      <w:r>
        <w:t>☐ B. Only attendance</w:t>
      </w:r>
    </w:p>
    <w:p>
      <w:pPr>
        <w:spacing w:after="20"/>
        <w:ind w:left="331"/>
      </w:pPr>
      <w:r>
        <w:t>☐ C. Only a written score</w:t>
      </w:r>
    </w:p>
    <w:p>
      <w:pPr>
        <w:spacing w:after="20"/>
        <w:ind w:left="331"/>
      </w:pPr>
      <w:r>
        <w:t>☐ D. Only years of service</w:t>
      </w:r>
    </w:p>
    <w:p>
      <w:r>
        <w:rPr>
          <w:b/>
          <w:sz w:val="21"/>
        </w:rPr>
        <w:t>8. Retraining may be needed when:</w:t>
      </w:r>
    </w:p>
    <w:p>
      <w:pPr>
        <w:spacing w:after="20"/>
        <w:ind w:left="331"/>
      </w:pPr>
      <w:r>
        <w:t>☐ A. Workplace/PPE changes or an employee lacks required understanding/skill</w:t>
      </w:r>
    </w:p>
    <w:p>
      <w:pPr>
        <w:spacing w:after="20"/>
        <w:ind w:left="331"/>
      </w:pPr>
      <w:r>
        <w:t>☐ B. The calendar year changes automatically</w:t>
      </w:r>
    </w:p>
    <w:p>
      <w:pPr>
        <w:spacing w:after="20"/>
        <w:ind w:left="331"/>
      </w:pPr>
      <w:r>
        <w:t>☐ C. A new manager is hired</w:t>
      </w:r>
    </w:p>
    <w:p>
      <w:pPr>
        <w:spacing w:after="20"/>
        <w:ind w:left="331"/>
      </w:pPr>
      <w:r>
        <w:t>☐ D. PPE color changes only</w:t>
      </w:r>
    </w:p>
    <w:p>
      <w:r>
        <w:rPr>
          <w:b/>
          <w:sz w:val="21"/>
        </w:rPr>
        <w:t>9. PPE compatibility means:</w:t>
      </w:r>
    </w:p>
    <w:p>
      <w:pPr>
        <w:spacing w:after="20"/>
        <w:ind w:left="331"/>
      </w:pPr>
      <w:r>
        <w:t>☐ A. Multiple PPE items can be worn together without defeating protection</w:t>
      </w:r>
    </w:p>
    <w:p>
      <w:pPr>
        <w:spacing w:after="20"/>
        <w:ind w:left="331"/>
      </w:pPr>
      <w:r>
        <w:t>☐ B. All PPE is one brand</w:t>
      </w:r>
    </w:p>
    <w:p>
      <w:pPr>
        <w:spacing w:after="20"/>
        <w:ind w:left="331"/>
      </w:pPr>
      <w:r>
        <w:t>☐ C. PPE is disposable</w:t>
      </w:r>
    </w:p>
    <w:p>
      <w:pPr>
        <w:spacing w:after="20"/>
        <w:ind w:left="331"/>
      </w:pPr>
      <w:r>
        <w:t>☐ D. Every employee wears the same size</w:t>
      </w:r>
    </w:p>
    <w:p>
      <w:r>
        <w:rPr>
          <w:b/>
          <w:sz w:val="21"/>
        </w:rPr>
        <w:t>10. This general course replaces the employer PPE hazard assessment.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A last line of defense after higher-level controls are considered</w:t>
      </w:r>
      <w:r>
        <w:rPr>
          <w:sz w:val="18"/>
        </w:rPr>
        <w:t xml:space="preserve">  |  PPE is generally considered:</w:t>
      </w:r>
    </w:p>
    <w:p>
      <w:r>
        <w:rPr>
          <w:b/>
          <w:color w:val="0C8B83"/>
        </w:rPr>
        <w:t>2. A - When and what PPE is needed, how to use it, limitations, care and disposal</w:t>
      </w:r>
      <w:r>
        <w:rPr>
          <w:sz w:val="18"/>
        </w:rPr>
        <w:t xml:space="preserve">  |  Employees required to use PPE should know:</w:t>
      </w:r>
    </w:p>
    <w:p>
      <w:r>
        <w:rPr>
          <w:b/>
          <w:color w:val="0C8B83"/>
        </w:rPr>
        <w:t>3. A - Removed from use and replaced/repaired as appropriate</w:t>
      </w:r>
      <w:r>
        <w:rPr>
          <w:sz w:val="18"/>
        </w:rPr>
        <w:t xml:space="preserve">  |  Damaged PPE should be:</w:t>
      </w:r>
    </w:p>
    <w:p>
      <w:r>
        <w:rPr>
          <w:b/>
          <w:color w:val="0C8B83"/>
        </w:rPr>
        <w:t>4. A - Poor fit can reduce protection</w:t>
      </w:r>
      <w:r>
        <w:rPr>
          <w:sz w:val="18"/>
        </w:rPr>
        <w:t xml:space="preserve">  |  Proper fit matters because:</w:t>
      </w:r>
    </w:p>
    <w:p>
      <w:r>
        <w:rPr>
          <w:b/>
          <w:color w:val="0C8B83"/>
        </w:rPr>
        <w:t>5. A - May supplement but does not always replace required eye protection</w:t>
      </w:r>
      <w:r>
        <w:rPr>
          <w:sz w:val="18"/>
        </w:rPr>
        <w:t xml:space="preserve">  |  A face shield:</w:t>
      </w:r>
    </w:p>
    <w:p>
      <w:r>
        <w:rPr>
          <w:b/>
          <w:color w:val="0C8B83"/>
        </w:rPr>
        <w:t>6. A - A workplace hazard assessment and task exposure</w:t>
      </w:r>
      <w:r>
        <w:rPr>
          <w:sz w:val="18"/>
        </w:rPr>
        <w:t xml:space="preserve">  |  PPE selection should be based on:</w:t>
      </w:r>
    </w:p>
    <w:p>
      <w:r>
        <w:rPr>
          <w:b/>
          <w:color w:val="0C8B83"/>
        </w:rPr>
        <w:t>7. A - Understanding and ability to use PPE properly</w:t>
      </w:r>
      <w:r>
        <w:rPr>
          <w:sz w:val="18"/>
        </w:rPr>
        <w:t xml:space="preserve">  |  Employees should demonstrate:</w:t>
      </w:r>
    </w:p>
    <w:p>
      <w:r>
        <w:rPr>
          <w:b/>
          <w:color w:val="0C8B83"/>
        </w:rPr>
        <w:t>8. A - Workplace/PPE changes or an employee lacks required understanding/skill</w:t>
      </w:r>
      <w:r>
        <w:rPr>
          <w:sz w:val="18"/>
        </w:rPr>
        <w:t xml:space="preserve">  |  Retraining may be needed when:</w:t>
      </w:r>
    </w:p>
    <w:p>
      <w:r>
        <w:rPr>
          <w:b/>
          <w:color w:val="0C8B83"/>
        </w:rPr>
        <w:t>9. A - Multiple PPE items can be worn together without defeating protection</w:t>
      </w:r>
      <w:r>
        <w:rPr>
          <w:sz w:val="18"/>
        </w:rPr>
        <w:t xml:space="preserve">  |  PPE compatibility means: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general course replaces the employer PPE hazard assessment.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Personal Protective Equipment (PPE)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task hazard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Selects required PPE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Inspects PPE before use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Dons/adjusts correctly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Explains limitations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Demonstrates proper removal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Stores/care for PPE correctly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Knows how to report/replace defects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Personal Protective Equipment (PPE)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General PPE training. The employer must identify workplace hazards, select suitable PPE, provide required equipment and ensure employees can use it properly.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1910.132(f)</w:t>
      </w:r>
    </w:p>
    <w:p>
      <w:r>
        <w:t>https://www.osha.gov/laws-regs/regulations/standardnumber/1910/1910.132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General PPE training. The employer must identify workplace hazards, select suitable PPE, provide required equipment and ensure employees can use it properly.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Personal Protective Equipment (PPE)  |  29 CFR 1910.132(f)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